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שנתי – אירועים חברתיים וערכיים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רצף האירועים החברתיים והערכיים לאורך שנת הלימודים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תאריכים בלוח העברי ובלוח הלועזי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התכנון השנתי ואת חשיבות ההכנה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ספטמבר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יום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שבועות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יום הזיכרון לחללי צה"ל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ראש השנה ב-11.9 ויום כיפור ב-21.9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חנוכה חל בדצמבר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11.5 לעומת 12.5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השבוע מצוין באוקטובר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האירוע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פורים באדר ב', פסח בניסן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עצמאות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(ספטמבר)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(נובמבר)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(דצמבר)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(ינואר)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(אפריל)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פתיחת שנת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ט"ו בשבט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יום העצמאות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לאפשר הכנה מסודרת, התאמה לכל שכבה, שיתוף משפחות ובדיקת מועדים מול לוח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סיגד, יום הסובלנות, יום זכויות הילד או ערב 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תזכורת לבדוק את המועד מול לוח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פסח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השנתי מול התלמידים תוך כדי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תאריך עברי ללועזי באמצעות דוגמאות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המשימה הפתוחה לעבודת קבוצות על אירוע נבחר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שנתי – אירועים חברתיים וערכיים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לוח האירועים החברתיים והערכיים של בית הספר, מספטמבר ועד יוני, ואת האופן שבו כל אירוע הופך לערכה מוכנה להפעלה.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חוגגים את חג הסוכות?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אירוע מצוין בלוח ב-18 באוקטובר?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סיגד מצוין בלוח באיזה 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יום הזיכרון לשואה ולגבורה חל באיזה 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אפריל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חג מצוין בלוח בחודש 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יום העצמאות חל יום אחד אחרי איזה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הזיכרון לחללי צה"ל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ל"ג בעומר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 ויום כיפור חלים שניהם בחודש ספטמבר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מצוין בלוח בחודש ינואר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הזיכרון לחללי מערכות ישראל חל לפני יום העצמאות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הגיבוש הכיתתי מתקיים בחודש ספטמבר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ט"ו בשבט מצוין בלוח כסמל של שורשים וצמיחה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פורים חל בלוח השנה לפני פסח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ה__________ חל בספטמבר-אוקטובר ונמשך כמה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יום ה__________ מצוין ב-18 באוקטובר ומסמל שכולנו הגענו מאיפשהו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יום מסורת של התחדשות וגעגוע, המצוין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היום הבינלאומי לאנשים עם __________ מכונה בלוח גם יום ההכלה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הוא חג האביב שחל באפריל ונפתח בליל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יום ה__________ חל ב-12 במאי ומציין את עצמאות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אפריל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דצמבר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ינואר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ט"ו בשבט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ספטמבר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נובמבר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העצמאות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פתיחת שנת הלימודים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ט"ו בשבט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לתכנן את האירועים החברתיים מראש לכל השנה?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אירועים המתקיימים בחודש 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הסימון 'לוודא'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חג אחד החל בחודש אפריל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תכנון שנתי – אירועים חברתיים וערכיים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